
<file path=[Content_Types].xml><?xml version="1.0" encoding="utf-8"?>
<Types xmlns="http://schemas.openxmlformats.org/package/2006/content-types">
  <Default Extension="pn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media/image2.png" ContentType="image/png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D50A2" w14:textId="77777777" w:rsidR="0015733F" w:rsidRDefault="00000000">
      <w:pPr>
        <w:spacing w:after="140"/>
        <w:jc w:val="center"/>
      </w:pPr>
      <w:r>
        <w:rPr>
          <w:b/>
          <w:sz w:val="32"/>
        </w:rPr>
        <w:t>PROPOSAL PENELITIAN</w:t>
      </w:r>
    </w:p>
    <w:p w14:paraId="54CB0621" w14:textId="77777777" w:rsidR="0015733F" w:rsidRDefault="00000000">
      <w:pPr>
        <w:spacing w:after="60"/>
        <w:jc w:val="center"/>
      </w:pPr>
      <w:r>
        <w:rPr>
          <w:b/>
          <w:sz w:val="28"/>
        </w:rPr>
        <w:t>HIBAH PENELITIAN INTERNAL</w:t>
      </w:r>
    </w:p>
    <w:p w14:paraId="0BB7116F" w14:textId="33E4FB07" w:rsidR="0015733F" w:rsidRDefault="00000000">
      <w:pPr>
        <w:spacing w:after="600"/>
        <w:jc w:val="center"/>
      </w:pPr>
      <w:r>
        <w:rPr>
          <w:b/>
          <w:sz w:val="28"/>
        </w:rPr>
        <w:t>STKIP ANDI MATAPPA</w:t>
      </w:r>
    </w:p>
    <w:p w14:paraId="092482F4" w14:textId="58902393" w:rsidR="0015733F" w:rsidRDefault="00913C4C">
      <w:pPr>
        <w:jc w:val="center"/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488F8804" wp14:editId="1F577855">
            <wp:simplePos x="0" y="0"/>
            <wp:positionH relativeFrom="column">
              <wp:posOffset>1288415</wp:posOffset>
            </wp:positionH>
            <wp:positionV relativeFrom="paragraph">
              <wp:posOffset>329565</wp:posOffset>
            </wp:positionV>
            <wp:extent cx="1512000" cy="1488558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2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12000" cy="14885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C083E2" w14:textId="2CB1AA13" w:rsidR="0015733F" w:rsidRDefault="00913C4C">
      <w:pPr>
        <w:spacing w:after="360"/>
        <w:jc w:val="center"/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379B93CB" wp14:editId="44EB1436">
            <wp:simplePos x="0" y="0"/>
            <wp:positionH relativeFrom="column">
              <wp:posOffset>2959100</wp:posOffset>
            </wp:positionH>
            <wp:positionV relativeFrom="paragraph">
              <wp:posOffset>36195</wp:posOffset>
            </wp:positionV>
            <wp:extent cx="1440000" cy="1440000"/>
            <wp:effectExtent l="0" t="0" r="0" b="0"/>
            <wp:wrapNone/>
            <wp:docPr id="12242205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077E34" w14:textId="3A975991" w:rsidR="00913C4C" w:rsidRDefault="00913C4C">
      <w:pPr>
        <w:spacing w:after="360"/>
        <w:jc w:val="center"/>
      </w:pPr>
    </w:p>
    <w:p w14:paraId="50CCCB78" w14:textId="77777777" w:rsidR="00913C4C" w:rsidRDefault="00913C4C">
      <w:pPr>
        <w:spacing w:after="360"/>
        <w:jc w:val="center"/>
      </w:pPr>
    </w:p>
    <w:p w14:paraId="208518E7" w14:textId="77777777" w:rsidR="00913C4C" w:rsidRDefault="00913C4C">
      <w:pPr>
        <w:spacing w:after="360"/>
        <w:jc w:val="center"/>
      </w:pPr>
    </w:p>
    <w:p w14:paraId="5F5AD82B" w14:textId="77777777" w:rsidR="00913C4C" w:rsidRDefault="00913C4C">
      <w:pPr>
        <w:spacing w:after="360"/>
        <w:jc w:val="center"/>
      </w:pPr>
    </w:p>
    <w:p w14:paraId="6C906C9C" w14:textId="12038730" w:rsidR="0015733F" w:rsidRDefault="00913C4C">
      <w:pPr>
        <w:spacing w:after="640"/>
        <w:jc w:val="center"/>
      </w:pPr>
      <w:r>
        <w:rPr>
          <w:b/>
          <w:sz w:val="26"/>
        </w:rPr>
        <w:t>[JUDUL]</w:t>
      </w:r>
    </w:p>
    <w:p w14:paraId="7BA39202" w14:textId="77777777" w:rsidR="0015733F" w:rsidRDefault="00000000">
      <w:pPr>
        <w:spacing w:after="180"/>
        <w:jc w:val="center"/>
      </w:pPr>
      <w:r>
        <w:rPr>
          <w:b/>
        </w:rPr>
        <w:t>Tim Pengusul:</w:t>
      </w:r>
    </w:p>
    <w:p w14:paraId="4D2541F3" w14:textId="39D21505" w:rsidR="0015733F" w:rsidRDefault="00913C4C">
      <w:pPr>
        <w:spacing w:after="40"/>
        <w:jc w:val="center"/>
      </w:pPr>
      <w:r>
        <w:rPr>
          <w:sz w:val="22"/>
        </w:rPr>
        <w:t xml:space="preserve">[Nama </w:t>
      </w:r>
      <w:proofErr w:type="spellStart"/>
      <w:r>
        <w:rPr>
          <w:sz w:val="22"/>
        </w:rPr>
        <w:t>Ketua</w:t>
      </w:r>
      <w:proofErr w:type="spellEnd"/>
      <w:r>
        <w:rPr>
          <w:sz w:val="22"/>
        </w:rPr>
        <w:t>. (NIDN)]</w:t>
      </w:r>
    </w:p>
    <w:p w14:paraId="22A7D2A1" w14:textId="28DB9C58" w:rsidR="00913C4C" w:rsidRDefault="00913C4C" w:rsidP="00913C4C">
      <w:pPr>
        <w:spacing w:after="40"/>
        <w:jc w:val="center"/>
      </w:pPr>
      <w:r>
        <w:rPr>
          <w:sz w:val="22"/>
        </w:rPr>
        <w:t xml:space="preserve">[Nama </w:t>
      </w:r>
      <w:proofErr w:type="spellStart"/>
      <w:r>
        <w:rPr>
          <w:sz w:val="22"/>
        </w:rPr>
        <w:t>Anggota</w:t>
      </w:r>
      <w:proofErr w:type="spellEnd"/>
      <w:r>
        <w:rPr>
          <w:sz w:val="22"/>
        </w:rPr>
        <w:t xml:space="preserve"> 1</w:t>
      </w:r>
      <w:r>
        <w:rPr>
          <w:sz w:val="22"/>
        </w:rPr>
        <w:t>. (NIDN)]</w:t>
      </w:r>
    </w:p>
    <w:p w14:paraId="75C6581A" w14:textId="34DF9F4D" w:rsidR="00913C4C" w:rsidRDefault="00913C4C" w:rsidP="00913C4C">
      <w:pPr>
        <w:spacing w:after="40"/>
        <w:jc w:val="center"/>
      </w:pPr>
      <w:r>
        <w:rPr>
          <w:sz w:val="22"/>
        </w:rPr>
        <w:t xml:space="preserve">[Nama </w:t>
      </w:r>
      <w:proofErr w:type="spellStart"/>
      <w:r>
        <w:rPr>
          <w:sz w:val="22"/>
        </w:rPr>
        <w:t>Anggota</w:t>
      </w:r>
      <w:proofErr w:type="spellEnd"/>
      <w:r>
        <w:rPr>
          <w:sz w:val="22"/>
        </w:rPr>
        <w:t xml:space="preserve"> 2</w:t>
      </w:r>
      <w:r>
        <w:rPr>
          <w:sz w:val="22"/>
        </w:rPr>
        <w:t>. (NIDN)]</w:t>
      </w:r>
    </w:p>
    <w:p w14:paraId="7D4C749C" w14:textId="3F794C1B" w:rsidR="00913C4C" w:rsidRDefault="00913C4C" w:rsidP="00913C4C">
      <w:pPr>
        <w:spacing w:after="40"/>
        <w:jc w:val="center"/>
      </w:pPr>
      <w:r>
        <w:rPr>
          <w:sz w:val="22"/>
        </w:rPr>
        <w:t xml:space="preserve">[Nama </w:t>
      </w:r>
      <w:proofErr w:type="spellStart"/>
      <w:r>
        <w:rPr>
          <w:sz w:val="22"/>
        </w:rPr>
        <w:t>Anggota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Mahasiswa</w:t>
      </w:r>
      <w:proofErr w:type="spellEnd"/>
      <w:r>
        <w:rPr>
          <w:sz w:val="22"/>
        </w:rPr>
        <w:t>. (NI</w:t>
      </w:r>
      <w:r>
        <w:rPr>
          <w:sz w:val="22"/>
        </w:rPr>
        <w:t>M</w:t>
      </w:r>
      <w:r>
        <w:rPr>
          <w:sz w:val="22"/>
        </w:rPr>
        <w:t>)]</w:t>
      </w:r>
    </w:p>
    <w:p w14:paraId="24CA8F5E" w14:textId="76E74DFD" w:rsidR="0015733F" w:rsidRDefault="0015733F">
      <w:pPr>
        <w:spacing w:after="40"/>
        <w:jc w:val="center"/>
      </w:pPr>
    </w:p>
    <w:p w14:paraId="09EAC9E4" w14:textId="06D3CF2F" w:rsidR="0015733F" w:rsidRDefault="0015733F">
      <w:pPr>
        <w:spacing w:after="760"/>
        <w:jc w:val="center"/>
      </w:pPr>
    </w:p>
    <w:p w14:paraId="6975505A" w14:textId="77777777" w:rsidR="00913C4C" w:rsidRDefault="00913C4C">
      <w:pPr>
        <w:spacing w:after="60"/>
        <w:jc w:val="center"/>
        <w:rPr>
          <w:b/>
          <w:sz w:val="22"/>
        </w:rPr>
      </w:pPr>
    </w:p>
    <w:p w14:paraId="0F4FE0E9" w14:textId="3B23DA2A" w:rsidR="0015733F" w:rsidRPr="00913C4C" w:rsidRDefault="00000000">
      <w:pPr>
        <w:spacing w:after="60"/>
        <w:jc w:val="center"/>
        <w:rPr>
          <w:sz w:val="26"/>
          <w:szCs w:val="24"/>
        </w:rPr>
      </w:pPr>
      <w:r w:rsidRPr="00913C4C">
        <w:rPr>
          <w:b/>
          <w:szCs w:val="24"/>
        </w:rPr>
        <w:t>LEMBAGA PENELITIAN DAN PENGABDIAN KEPADA MASYARAKAT (LPPM)</w:t>
      </w:r>
    </w:p>
    <w:p w14:paraId="0673FD26" w14:textId="77777777" w:rsidR="0015733F" w:rsidRPr="00913C4C" w:rsidRDefault="00000000">
      <w:pPr>
        <w:spacing w:after="60"/>
        <w:jc w:val="center"/>
        <w:rPr>
          <w:sz w:val="28"/>
          <w:szCs w:val="26"/>
        </w:rPr>
      </w:pPr>
      <w:r w:rsidRPr="00913C4C">
        <w:rPr>
          <w:b/>
          <w:sz w:val="30"/>
          <w:szCs w:val="26"/>
        </w:rPr>
        <w:t>STKIP ANDI MATAPPA</w:t>
      </w:r>
    </w:p>
    <w:p w14:paraId="2AC35E9E" w14:textId="77777777" w:rsidR="0015733F" w:rsidRPr="00913C4C" w:rsidRDefault="00000000">
      <w:pPr>
        <w:spacing w:after="0"/>
        <w:jc w:val="center"/>
        <w:rPr>
          <w:sz w:val="28"/>
          <w:szCs w:val="26"/>
        </w:rPr>
      </w:pPr>
      <w:r w:rsidRPr="00913C4C">
        <w:rPr>
          <w:b/>
          <w:sz w:val="28"/>
          <w:szCs w:val="26"/>
        </w:rPr>
        <w:t>TAHUN ANGGARAN 2026</w:t>
      </w:r>
    </w:p>
    <w:p w14:paraId="241195A3" w14:textId="77777777" w:rsidR="0015733F" w:rsidRDefault="00000000">
      <w:r>
        <w:br w:type="page"/>
      </w:r>
    </w:p>
    <w:p w14:paraId="51A65792" w14:textId="77777777" w:rsidR="0015733F" w:rsidRPr="00913C4C" w:rsidRDefault="00000000">
      <w:pPr>
        <w:spacing w:after="400"/>
        <w:jc w:val="center"/>
        <w:rPr>
          <w:sz w:val="20"/>
          <w:szCs w:val="18"/>
        </w:rPr>
      </w:pPr>
      <w:r w:rsidRPr="00913C4C">
        <w:rPr>
          <w:b/>
          <w:szCs w:val="18"/>
        </w:rPr>
        <w:lastRenderedPageBreak/>
        <w:t>HALAMAN PENGESAHAN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35"/>
        <w:gridCol w:w="250"/>
        <w:gridCol w:w="5783"/>
      </w:tblGrid>
      <w:tr w:rsidR="00913C4C" w:rsidRPr="00913C4C" w14:paraId="05AD4758" w14:textId="77777777" w:rsidTr="00913C4C">
        <w:tc>
          <w:tcPr>
            <w:tcW w:w="2835" w:type="dxa"/>
          </w:tcPr>
          <w:p w14:paraId="757A4F35" w14:textId="77777777" w:rsidR="00913C4C" w:rsidRPr="00913C4C" w:rsidRDefault="00913C4C" w:rsidP="00913C4C">
            <w:pPr>
              <w:spacing w:after="60"/>
              <w:rPr>
                <w:szCs w:val="24"/>
              </w:rPr>
            </w:pPr>
            <w:proofErr w:type="spellStart"/>
            <w:r w:rsidRPr="00913C4C">
              <w:rPr>
                <w:szCs w:val="24"/>
              </w:rPr>
              <w:t>Judul</w:t>
            </w:r>
            <w:proofErr w:type="spellEnd"/>
            <w:r w:rsidRPr="00913C4C">
              <w:rPr>
                <w:szCs w:val="24"/>
              </w:rPr>
              <w:t xml:space="preserve"> </w:t>
            </w:r>
            <w:proofErr w:type="spellStart"/>
            <w:r w:rsidRPr="00913C4C">
              <w:rPr>
                <w:szCs w:val="24"/>
              </w:rPr>
              <w:t>Penelitian</w:t>
            </w:r>
            <w:proofErr w:type="spellEnd"/>
          </w:p>
        </w:tc>
        <w:tc>
          <w:tcPr>
            <w:tcW w:w="250" w:type="dxa"/>
          </w:tcPr>
          <w:p w14:paraId="5390DB2B" w14:textId="6DC8A0AB" w:rsidR="00913C4C" w:rsidRPr="00913C4C" w:rsidRDefault="00913C4C" w:rsidP="00913C4C">
            <w:pPr>
              <w:spacing w:after="60"/>
              <w:rPr>
                <w:szCs w:val="24"/>
              </w:rPr>
            </w:pPr>
            <w:r w:rsidRPr="008D7F24">
              <w:rPr>
                <w:szCs w:val="24"/>
              </w:rPr>
              <w:t>:</w:t>
            </w:r>
          </w:p>
        </w:tc>
        <w:tc>
          <w:tcPr>
            <w:tcW w:w="5783" w:type="dxa"/>
          </w:tcPr>
          <w:p w14:paraId="703D95EB" w14:textId="5ACF7622" w:rsidR="00913C4C" w:rsidRPr="00913C4C" w:rsidRDefault="00913C4C" w:rsidP="00913C4C">
            <w:pPr>
              <w:spacing w:after="60"/>
              <w:rPr>
                <w:szCs w:val="24"/>
              </w:rPr>
            </w:pPr>
          </w:p>
        </w:tc>
      </w:tr>
      <w:tr w:rsidR="00913C4C" w:rsidRPr="00913C4C" w14:paraId="3CA229BA" w14:textId="77777777" w:rsidTr="00913C4C">
        <w:tc>
          <w:tcPr>
            <w:tcW w:w="2835" w:type="dxa"/>
          </w:tcPr>
          <w:p w14:paraId="6396AEE4" w14:textId="77777777" w:rsidR="00913C4C" w:rsidRPr="00913C4C" w:rsidRDefault="00913C4C" w:rsidP="00913C4C">
            <w:pPr>
              <w:spacing w:after="60"/>
              <w:rPr>
                <w:szCs w:val="24"/>
              </w:rPr>
            </w:pPr>
            <w:r w:rsidRPr="00913C4C">
              <w:rPr>
                <w:szCs w:val="24"/>
              </w:rPr>
              <w:t xml:space="preserve">Skema </w:t>
            </w:r>
            <w:proofErr w:type="spellStart"/>
            <w:r w:rsidRPr="00913C4C">
              <w:rPr>
                <w:szCs w:val="24"/>
              </w:rPr>
              <w:t>Pendanaan</w:t>
            </w:r>
            <w:proofErr w:type="spellEnd"/>
          </w:p>
        </w:tc>
        <w:tc>
          <w:tcPr>
            <w:tcW w:w="250" w:type="dxa"/>
          </w:tcPr>
          <w:p w14:paraId="4099BEF4" w14:textId="44C8A713" w:rsidR="00913C4C" w:rsidRPr="00913C4C" w:rsidRDefault="00913C4C" w:rsidP="00913C4C">
            <w:pPr>
              <w:spacing w:after="60"/>
              <w:rPr>
                <w:szCs w:val="24"/>
              </w:rPr>
            </w:pPr>
            <w:r w:rsidRPr="008D7F24">
              <w:rPr>
                <w:szCs w:val="24"/>
              </w:rPr>
              <w:t>:</w:t>
            </w:r>
          </w:p>
        </w:tc>
        <w:tc>
          <w:tcPr>
            <w:tcW w:w="5783" w:type="dxa"/>
          </w:tcPr>
          <w:p w14:paraId="26C05C50" w14:textId="63F3D25D" w:rsidR="00913C4C" w:rsidRPr="00913C4C" w:rsidRDefault="00913C4C" w:rsidP="00913C4C">
            <w:pPr>
              <w:spacing w:after="60"/>
              <w:rPr>
                <w:szCs w:val="24"/>
              </w:rPr>
            </w:pPr>
          </w:p>
        </w:tc>
      </w:tr>
      <w:tr w:rsidR="00913C4C" w:rsidRPr="00913C4C" w14:paraId="6DD8BDFB" w14:textId="77777777" w:rsidTr="00913C4C">
        <w:tc>
          <w:tcPr>
            <w:tcW w:w="2835" w:type="dxa"/>
          </w:tcPr>
          <w:p w14:paraId="3427950B" w14:textId="77777777" w:rsidR="00913C4C" w:rsidRPr="00913C4C" w:rsidRDefault="00913C4C" w:rsidP="00913C4C">
            <w:pPr>
              <w:spacing w:after="60"/>
              <w:rPr>
                <w:szCs w:val="24"/>
              </w:rPr>
            </w:pPr>
            <w:proofErr w:type="spellStart"/>
            <w:r w:rsidRPr="00913C4C">
              <w:rPr>
                <w:szCs w:val="24"/>
              </w:rPr>
              <w:t>Ketua</w:t>
            </w:r>
            <w:proofErr w:type="spellEnd"/>
            <w:r w:rsidRPr="00913C4C">
              <w:rPr>
                <w:szCs w:val="24"/>
              </w:rPr>
              <w:t xml:space="preserve"> </w:t>
            </w:r>
            <w:proofErr w:type="spellStart"/>
            <w:r w:rsidRPr="00913C4C">
              <w:rPr>
                <w:szCs w:val="24"/>
              </w:rPr>
              <w:t>Peneliti</w:t>
            </w:r>
            <w:proofErr w:type="spellEnd"/>
          </w:p>
        </w:tc>
        <w:tc>
          <w:tcPr>
            <w:tcW w:w="250" w:type="dxa"/>
          </w:tcPr>
          <w:p w14:paraId="4F8B5C2E" w14:textId="60BE4D8E" w:rsidR="00913C4C" w:rsidRPr="00913C4C" w:rsidRDefault="00913C4C" w:rsidP="00913C4C">
            <w:pPr>
              <w:spacing w:after="60"/>
              <w:rPr>
                <w:szCs w:val="24"/>
              </w:rPr>
            </w:pPr>
            <w:r w:rsidRPr="008D7F24">
              <w:rPr>
                <w:szCs w:val="24"/>
              </w:rPr>
              <w:t>:</w:t>
            </w:r>
          </w:p>
        </w:tc>
        <w:tc>
          <w:tcPr>
            <w:tcW w:w="5783" w:type="dxa"/>
          </w:tcPr>
          <w:p w14:paraId="6D8DA3FB" w14:textId="1BDA15BA" w:rsidR="00913C4C" w:rsidRPr="00913C4C" w:rsidRDefault="00913C4C" w:rsidP="00913C4C">
            <w:pPr>
              <w:spacing w:after="60"/>
              <w:rPr>
                <w:szCs w:val="24"/>
              </w:rPr>
            </w:pPr>
          </w:p>
        </w:tc>
      </w:tr>
      <w:tr w:rsidR="00913C4C" w:rsidRPr="00913C4C" w14:paraId="38D0ECC7" w14:textId="77777777" w:rsidTr="00913C4C">
        <w:tc>
          <w:tcPr>
            <w:tcW w:w="2835" w:type="dxa"/>
          </w:tcPr>
          <w:p w14:paraId="2EFD324E" w14:textId="77777777" w:rsidR="00913C4C" w:rsidRPr="00913C4C" w:rsidRDefault="00913C4C" w:rsidP="00913C4C">
            <w:pPr>
              <w:spacing w:after="60"/>
              <w:rPr>
                <w:szCs w:val="24"/>
              </w:rPr>
            </w:pPr>
            <w:r w:rsidRPr="00913C4C">
              <w:rPr>
                <w:szCs w:val="24"/>
              </w:rPr>
              <w:t>NIDN</w:t>
            </w:r>
          </w:p>
        </w:tc>
        <w:tc>
          <w:tcPr>
            <w:tcW w:w="250" w:type="dxa"/>
          </w:tcPr>
          <w:p w14:paraId="5C2C65A2" w14:textId="7FB22FA0" w:rsidR="00913C4C" w:rsidRPr="00913C4C" w:rsidRDefault="00913C4C" w:rsidP="00913C4C">
            <w:pPr>
              <w:spacing w:after="60"/>
              <w:rPr>
                <w:szCs w:val="24"/>
              </w:rPr>
            </w:pPr>
            <w:r w:rsidRPr="008D7F24">
              <w:rPr>
                <w:szCs w:val="24"/>
              </w:rPr>
              <w:t>:</w:t>
            </w:r>
          </w:p>
        </w:tc>
        <w:tc>
          <w:tcPr>
            <w:tcW w:w="5783" w:type="dxa"/>
          </w:tcPr>
          <w:p w14:paraId="427FB85F" w14:textId="18802F2E" w:rsidR="00913C4C" w:rsidRPr="00913C4C" w:rsidRDefault="00913C4C" w:rsidP="00913C4C">
            <w:pPr>
              <w:spacing w:after="60"/>
              <w:rPr>
                <w:szCs w:val="24"/>
              </w:rPr>
            </w:pPr>
          </w:p>
        </w:tc>
      </w:tr>
      <w:tr w:rsidR="00913C4C" w:rsidRPr="00913C4C" w14:paraId="13639F1A" w14:textId="77777777" w:rsidTr="00913C4C">
        <w:tc>
          <w:tcPr>
            <w:tcW w:w="2835" w:type="dxa"/>
          </w:tcPr>
          <w:p w14:paraId="42186715" w14:textId="77777777" w:rsidR="00913C4C" w:rsidRPr="00913C4C" w:rsidRDefault="00913C4C" w:rsidP="00913C4C">
            <w:pPr>
              <w:spacing w:after="60"/>
              <w:rPr>
                <w:szCs w:val="24"/>
              </w:rPr>
            </w:pPr>
            <w:proofErr w:type="spellStart"/>
            <w:r w:rsidRPr="00913C4C">
              <w:rPr>
                <w:szCs w:val="24"/>
              </w:rPr>
              <w:t>Jabatan</w:t>
            </w:r>
            <w:proofErr w:type="spellEnd"/>
            <w:r w:rsidRPr="00913C4C">
              <w:rPr>
                <w:szCs w:val="24"/>
              </w:rPr>
              <w:t xml:space="preserve"> </w:t>
            </w:r>
            <w:proofErr w:type="spellStart"/>
            <w:r w:rsidRPr="00913C4C">
              <w:rPr>
                <w:szCs w:val="24"/>
              </w:rPr>
              <w:t>Fungsional</w:t>
            </w:r>
            <w:proofErr w:type="spellEnd"/>
          </w:p>
        </w:tc>
        <w:tc>
          <w:tcPr>
            <w:tcW w:w="250" w:type="dxa"/>
          </w:tcPr>
          <w:p w14:paraId="7C9C3047" w14:textId="71DA14AB" w:rsidR="00913C4C" w:rsidRPr="00913C4C" w:rsidRDefault="00913C4C" w:rsidP="00913C4C">
            <w:pPr>
              <w:spacing w:after="60"/>
              <w:rPr>
                <w:szCs w:val="24"/>
              </w:rPr>
            </w:pPr>
            <w:r w:rsidRPr="008D7F24">
              <w:rPr>
                <w:szCs w:val="24"/>
              </w:rPr>
              <w:t>:</w:t>
            </w:r>
          </w:p>
        </w:tc>
        <w:tc>
          <w:tcPr>
            <w:tcW w:w="5783" w:type="dxa"/>
          </w:tcPr>
          <w:p w14:paraId="3D3773D6" w14:textId="089EAA71" w:rsidR="00913C4C" w:rsidRPr="00913C4C" w:rsidRDefault="00913C4C" w:rsidP="00913C4C">
            <w:pPr>
              <w:spacing w:after="60"/>
              <w:rPr>
                <w:szCs w:val="24"/>
              </w:rPr>
            </w:pPr>
          </w:p>
        </w:tc>
      </w:tr>
      <w:tr w:rsidR="00913C4C" w:rsidRPr="00913C4C" w14:paraId="6DF1ABDD" w14:textId="77777777" w:rsidTr="00913C4C">
        <w:tc>
          <w:tcPr>
            <w:tcW w:w="2835" w:type="dxa"/>
          </w:tcPr>
          <w:p w14:paraId="6FDB716C" w14:textId="77777777" w:rsidR="00913C4C" w:rsidRPr="00913C4C" w:rsidRDefault="00913C4C" w:rsidP="00913C4C">
            <w:pPr>
              <w:spacing w:after="60"/>
              <w:rPr>
                <w:szCs w:val="24"/>
              </w:rPr>
            </w:pPr>
            <w:r w:rsidRPr="00913C4C">
              <w:rPr>
                <w:szCs w:val="24"/>
              </w:rPr>
              <w:t>Program Studi</w:t>
            </w:r>
          </w:p>
        </w:tc>
        <w:tc>
          <w:tcPr>
            <w:tcW w:w="250" w:type="dxa"/>
          </w:tcPr>
          <w:p w14:paraId="69E7BC93" w14:textId="5657D496" w:rsidR="00913C4C" w:rsidRPr="00913C4C" w:rsidRDefault="00913C4C" w:rsidP="00913C4C">
            <w:pPr>
              <w:spacing w:after="60"/>
              <w:rPr>
                <w:szCs w:val="24"/>
              </w:rPr>
            </w:pPr>
            <w:r w:rsidRPr="008D7F24">
              <w:rPr>
                <w:szCs w:val="24"/>
              </w:rPr>
              <w:t>:</w:t>
            </w:r>
          </w:p>
        </w:tc>
        <w:tc>
          <w:tcPr>
            <w:tcW w:w="5783" w:type="dxa"/>
          </w:tcPr>
          <w:p w14:paraId="509B394A" w14:textId="49FD6367" w:rsidR="00913C4C" w:rsidRPr="00913C4C" w:rsidRDefault="00913C4C" w:rsidP="00913C4C">
            <w:pPr>
              <w:spacing w:after="60"/>
              <w:rPr>
                <w:szCs w:val="24"/>
              </w:rPr>
            </w:pPr>
          </w:p>
        </w:tc>
      </w:tr>
      <w:tr w:rsidR="00913C4C" w:rsidRPr="00913C4C" w14:paraId="174AB0EB" w14:textId="77777777" w:rsidTr="00913C4C">
        <w:tc>
          <w:tcPr>
            <w:tcW w:w="2835" w:type="dxa"/>
          </w:tcPr>
          <w:p w14:paraId="6B5B3146" w14:textId="77777777" w:rsidR="00913C4C" w:rsidRPr="00913C4C" w:rsidRDefault="00913C4C" w:rsidP="00913C4C">
            <w:pPr>
              <w:spacing w:after="60"/>
              <w:rPr>
                <w:szCs w:val="24"/>
              </w:rPr>
            </w:pPr>
            <w:r w:rsidRPr="00913C4C">
              <w:rPr>
                <w:szCs w:val="24"/>
              </w:rPr>
              <w:t>Email</w:t>
            </w:r>
          </w:p>
        </w:tc>
        <w:tc>
          <w:tcPr>
            <w:tcW w:w="250" w:type="dxa"/>
          </w:tcPr>
          <w:p w14:paraId="25A14CCB" w14:textId="02837110" w:rsidR="00913C4C" w:rsidRPr="00913C4C" w:rsidRDefault="00913C4C" w:rsidP="00913C4C">
            <w:pPr>
              <w:spacing w:after="60"/>
              <w:rPr>
                <w:szCs w:val="24"/>
              </w:rPr>
            </w:pPr>
            <w:r w:rsidRPr="008D7F24">
              <w:rPr>
                <w:szCs w:val="24"/>
              </w:rPr>
              <w:t>:</w:t>
            </w:r>
          </w:p>
        </w:tc>
        <w:tc>
          <w:tcPr>
            <w:tcW w:w="5783" w:type="dxa"/>
          </w:tcPr>
          <w:p w14:paraId="247E2B2A" w14:textId="18DB42A8" w:rsidR="00913C4C" w:rsidRPr="00913C4C" w:rsidRDefault="00913C4C" w:rsidP="00913C4C">
            <w:pPr>
              <w:spacing w:after="60"/>
              <w:rPr>
                <w:szCs w:val="24"/>
              </w:rPr>
            </w:pPr>
          </w:p>
        </w:tc>
      </w:tr>
      <w:tr w:rsidR="00913C4C" w:rsidRPr="00913C4C" w14:paraId="3421642E" w14:textId="77777777" w:rsidTr="00913C4C">
        <w:tc>
          <w:tcPr>
            <w:tcW w:w="2835" w:type="dxa"/>
          </w:tcPr>
          <w:p w14:paraId="2771E5DD" w14:textId="77777777" w:rsidR="00913C4C" w:rsidRPr="00913C4C" w:rsidRDefault="00913C4C" w:rsidP="00913C4C">
            <w:pPr>
              <w:spacing w:after="60"/>
              <w:rPr>
                <w:szCs w:val="24"/>
              </w:rPr>
            </w:pPr>
            <w:proofErr w:type="spellStart"/>
            <w:r w:rsidRPr="00913C4C">
              <w:rPr>
                <w:szCs w:val="24"/>
              </w:rPr>
              <w:t>Anggota</w:t>
            </w:r>
            <w:proofErr w:type="spellEnd"/>
            <w:r w:rsidRPr="00913C4C">
              <w:rPr>
                <w:szCs w:val="24"/>
              </w:rPr>
              <w:t xml:space="preserve"> </w:t>
            </w:r>
            <w:proofErr w:type="spellStart"/>
            <w:r w:rsidRPr="00913C4C">
              <w:rPr>
                <w:szCs w:val="24"/>
              </w:rPr>
              <w:t>Peneliti</w:t>
            </w:r>
            <w:proofErr w:type="spellEnd"/>
            <w:r w:rsidRPr="00913C4C">
              <w:rPr>
                <w:szCs w:val="24"/>
              </w:rPr>
              <w:t xml:space="preserve"> 1</w:t>
            </w:r>
          </w:p>
        </w:tc>
        <w:tc>
          <w:tcPr>
            <w:tcW w:w="250" w:type="dxa"/>
          </w:tcPr>
          <w:p w14:paraId="3525CADD" w14:textId="07951BE1" w:rsidR="00913C4C" w:rsidRPr="00913C4C" w:rsidRDefault="00913C4C" w:rsidP="00913C4C">
            <w:pPr>
              <w:spacing w:after="60"/>
              <w:rPr>
                <w:szCs w:val="24"/>
              </w:rPr>
            </w:pPr>
            <w:r w:rsidRPr="008D7F24">
              <w:rPr>
                <w:szCs w:val="24"/>
              </w:rPr>
              <w:t>:</w:t>
            </w:r>
          </w:p>
        </w:tc>
        <w:tc>
          <w:tcPr>
            <w:tcW w:w="5783" w:type="dxa"/>
          </w:tcPr>
          <w:p w14:paraId="578C157E" w14:textId="2E98F183" w:rsidR="00913C4C" w:rsidRPr="00913C4C" w:rsidRDefault="00913C4C" w:rsidP="00913C4C">
            <w:pPr>
              <w:spacing w:after="60"/>
              <w:rPr>
                <w:szCs w:val="24"/>
              </w:rPr>
            </w:pPr>
          </w:p>
        </w:tc>
      </w:tr>
      <w:tr w:rsidR="00913C4C" w:rsidRPr="00913C4C" w14:paraId="69B15725" w14:textId="77777777" w:rsidTr="00913C4C">
        <w:tc>
          <w:tcPr>
            <w:tcW w:w="2835" w:type="dxa"/>
          </w:tcPr>
          <w:p w14:paraId="000D17A6" w14:textId="77777777" w:rsidR="00913C4C" w:rsidRPr="00913C4C" w:rsidRDefault="00913C4C" w:rsidP="00913C4C">
            <w:pPr>
              <w:spacing w:after="60"/>
              <w:rPr>
                <w:szCs w:val="24"/>
              </w:rPr>
            </w:pPr>
            <w:proofErr w:type="spellStart"/>
            <w:r w:rsidRPr="00913C4C">
              <w:rPr>
                <w:szCs w:val="24"/>
              </w:rPr>
              <w:t>Anggota</w:t>
            </w:r>
            <w:proofErr w:type="spellEnd"/>
            <w:r w:rsidRPr="00913C4C">
              <w:rPr>
                <w:szCs w:val="24"/>
              </w:rPr>
              <w:t xml:space="preserve"> </w:t>
            </w:r>
            <w:proofErr w:type="spellStart"/>
            <w:r w:rsidRPr="00913C4C">
              <w:rPr>
                <w:szCs w:val="24"/>
              </w:rPr>
              <w:t>Peneliti</w:t>
            </w:r>
            <w:proofErr w:type="spellEnd"/>
            <w:r w:rsidRPr="00913C4C">
              <w:rPr>
                <w:szCs w:val="24"/>
              </w:rPr>
              <w:t xml:space="preserve"> 2</w:t>
            </w:r>
          </w:p>
        </w:tc>
        <w:tc>
          <w:tcPr>
            <w:tcW w:w="250" w:type="dxa"/>
          </w:tcPr>
          <w:p w14:paraId="21D8AC87" w14:textId="7E5B2888" w:rsidR="00913C4C" w:rsidRPr="00913C4C" w:rsidRDefault="00913C4C" w:rsidP="00913C4C">
            <w:pPr>
              <w:spacing w:after="60"/>
              <w:rPr>
                <w:szCs w:val="24"/>
              </w:rPr>
            </w:pPr>
            <w:r w:rsidRPr="008D7F24">
              <w:rPr>
                <w:szCs w:val="24"/>
              </w:rPr>
              <w:t>:</w:t>
            </w:r>
          </w:p>
        </w:tc>
        <w:tc>
          <w:tcPr>
            <w:tcW w:w="5783" w:type="dxa"/>
          </w:tcPr>
          <w:p w14:paraId="1150F41A" w14:textId="3C75F732" w:rsidR="00913C4C" w:rsidRPr="00913C4C" w:rsidRDefault="00913C4C" w:rsidP="00913C4C">
            <w:pPr>
              <w:spacing w:after="60"/>
              <w:rPr>
                <w:szCs w:val="24"/>
              </w:rPr>
            </w:pPr>
          </w:p>
        </w:tc>
      </w:tr>
      <w:tr w:rsidR="00913C4C" w:rsidRPr="00913C4C" w14:paraId="28B59DC9" w14:textId="77777777" w:rsidTr="00913C4C">
        <w:tc>
          <w:tcPr>
            <w:tcW w:w="2835" w:type="dxa"/>
          </w:tcPr>
          <w:p w14:paraId="53691BCC" w14:textId="77777777" w:rsidR="00913C4C" w:rsidRPr="00913C4C" w:rsidRDefault="00913C4C" w:rsidP="00913C4C">
            <w:pPr>
              <w:spacing w:after="60"/>
              <w:rPr>
                <w:szCs w:val="24"/>
              </w:rPr>
            </w:pPr>
            <w:proofErr w:type="spellStart"/>
            <w:r w:rsidRPr="00913C4C">
              <w:rPr>
                <w:szCs w:val="24"/>
              </w:rPr>
              <w:t>Anggota</w:t>
            </w:r>
            <w:proofErr w:type="spellEnd"/>
            <w:r w:rsidRPr="00913C4C">
              <w:rPr>
                <w:szCs w:val="24"/>
              </w:rPr>
              <w:t xml:space="preserve"> </w:t>
            </w:r>
            <w:proofErr w:type="spellStart"/>
            <w:r w:rsidRPr="00913C4C">
              <w:rPr>
                <w:szCs w:val="24"/>
              </w:rPr>
              <w:t>Mahasiswa</w:t>
            </w:r>
            <w:proofErr w:type="spellEnd"/>
          </w:p>
        </w:tc>
        <w:tc>
          <w:tcPr>
            <w:tcW w:w="250" w:type="dxa"/>
          </w:tcPr>
          <w:p w14:paraId="390D3067" w14:textId="0A2ED72C" w:rsidR="00913C4C" w:rsidRPr="00913C4C" w:rsidRDefault="00913C4C" w:rsidP="00913C4C">
            <w:pPr>
              <w:spacing w:after="60"/>
              <w:rPr>
                <w:szCs w:val="24"/>
              </w:rPr>
            </w:pPr>
            <w:r w:rsidRPr="008D7F24">
              <w:rPr>
                <w:szCs w:val="24"/>
              </w:rPr>
              <w:t>:</w:t>
            </w:r>
          </w:p>
        </w:tc>
        <w:tc>
          <w:tcPr>
            <w:tcW w:w="5783" w:type="dxa"/>
          </w:tcPr>
          <w:p w14:paraId="025C4452" w14:textId="14991361" w:rsidR="00913C4C" w:rsidRPr="00913C4C" w:rsidRDefault="00913C4C" w:rsidP="00913C4C">
            <w:pPr>
              <w:spacing w:after="60"/>
              <w:rPr>
                <w:szCs w:val="24"/>
              </w:rPr>
            </w:pPr>
          </w:p>
        </w:tc>
      </w:tr>
      <w:tr w:rsidR="00913C4C" w:rsidRPr="00913C4C" w14:paraId="0933D582" w14:textId="77777777" w:rsidTr="00913C4C">
        <w:tc>
          <w:tcPr>
            <w:tcW w:w="2835" w:type="dxa"/>
          </w:tcPr>
          <w:p w14:paraId="5A72F100" w14:textId="77777777" w:rsidR="00913C4C" w:rsidRPr="00913C4C" w:rsidRDefault="00913C4C" w:rsidP="00913C4C">
            <w:pPr>
              <w:spacing w:after="60"/>
              <w:rPr>
                <w:szCs w:val="24"/>
              </w:rPr>
            </w:pPr>
            <w:proofErr w:type="spellStart"/>
            <w:r w:rsidRPr="00913C4C">
              <w:rPr>
                <w:szCs w:val="24"/>
              </w:rPr>
              <w:t>Tahun</w:t>
            </w:r>
            <w:proofErr w:type="spellEnd"/>
            <w:r w:rsidRPr="00913C4C">
              <w:rPr>
                <w:szCs w:val="24"/>
              </w:rPr>
              <w:t xml:space="preserve"> </w:t>
            </w:r>
            <w:proofErr w:type="spellStart"/>
            <w:r w:rsidRPr="00913C4C">
              <w:rPr>
                <w:szCs w:val="24"/>
              </w:rPr>
              <w:t>Pelaksanaan</w:t>
            </w:r>
            <w:proofErr w:type="spellEnd"/>
          </w:p>
        </w:tc>
        <w:tc>
          <w:tcPr>
            <w:tcW w:w="250" w:type="dxa"/>
          </w:tcPr>
          <w:p w14:paraId="7B6BD3C5" w14:textId="42015B39" w:rsidR="00913C4C" w:rsidRPr="00913C4C" w:rsidRDefault="00913C4C" w:rsidP="00913C4C">
            <w:pPr>
              <w:spacing w:after="60"/>
              <w:rPr>
                <w:szCs w:val="24"/>
              </w:rPr>
            </w:pPr>
            <w:r w:rsidRPr="008D7F24">
              <w:rPr>
                <w:szCs w:val="24"/>
              </w:rPr>
              <w:t>:</w:t>
            </w:r>
          </w:p>
        </w:tc>
        <w:tc>
          <w:tcPr>
            <w:tcW w:w="5783" w:type="dxa"/>
          </w:tcPr>
          <w:p w14:paraId="06947AB3" w14:textId="5F2B471C" w:rsidR="00913C4C" w:rsidRPr="00913C4C" w:rsidRDefault="00913C4C" w:rsidP="00913C4C">
            <w:pPr>
              <w:spacing w:after="60"/>
              <w:rPr>
                <w:szCs w:val="24"/>
              </w:rPr>
            </w:pPr>
            <w:r w:rsidRPr="00913C4C">
              <w:rPr>
                <w:szCs w:val="24"/>
              </w:rPr>
              <w:t>2026</w:t>
            </w:r>
          </w:p>
        </w:tc>
      </w:tr>
      <w:tr w:rsidR="00913C4C" w:rsidRPr="00913C4C" w14:paraId="7FBBB601" w14:textId="77777777" w:rsidTr="00913C4C">
        <w:tc>
          <w:tcPr>
            <w:tcW w:w="2835" w:type="dxa"/>
          </w:tcPr>
          <w:p w14:paraId="2492A3B6" w14:textId="77777777" w:rsidR="00913C4C" w:rsidRPr="00913C4C" w:rsidRDefault="00913C4C" w:rsidP="00913C4C">
            <w:pPr>
              <w:spacing w:after="60"/>
              <w:rPr>
                <w:szCs w:val="24"/>
              </w:rPr>
            </w:pPr>
            <w:r w:rsidRPr="00913C4C">
              <w:rPr>
                <w:szCs w:val="24"/>
              </w:rPr>
              <w:t>Dana yang Diusulkan</w:t>
            </w:r>
          </w:p>
        </w:tc>
        <w:tc>
          <w:tcPr>
            <w:tcW w:w="250" w:type="dxa"/>
          </w:tcPr>
          <w:p w14:paraId="39A4C97C" w14:textId="491561F0" w:rsidR="00913C4C" w:rsidRPr="00913C4C" w:rsidRDefault="00913C4C" w:rsidP="00913C4C">
            <w:pPr>
              <w:spacing w:after="60"/>
              <w:rPr>
                <w:szCs w:val="24"/>
              </w:rPr>
            </w:pPr>
            <w:r w:rsidRPr="008D7F24">
              <w:rPr>
                <w:szCs w:val="24"/>
              </w:rPr>
              <w:t>:</w:t>
            </w:r>
          </w:p>
        </w:tc>
        <w:tc>
          <w:tcPr>
            <w:tcW w:w="5783" w:type="dxa"/>
          </w:tcPr>
          <w:p w14:paraId="289F3B89" w14:textId="21B66E5D" w:rsidR="00913C4C" w:rsidRPr="00913C4C" w:rsidRDefault="00913C4C" w:rsidP="00913C4C">
            <w:pPr>
              <w:spacing w:after="60"/>
              <w:rPr>
                <w:szCs w:val="24"/>
              </w:rPr>
            </w:pPr>
            <w:r w:rsidRPr="00913C4C">
              <w:rPr>
                <w:szCs w:val="24"/>
              </w:rPr>
              <w:t>Rp ................................</w:t>
            </w:r>
          </w:p>
        </w:tc>
      </w:tr>
    </w:tbl>
    <w:p w14:paraId="3F1B1AD2" w14:textId="77777777" w:rsidR="00913C4C" w:rsidRDefault="00913C4C" w:rsidP="00913C4C">
      <w:pPr>
        <w:ind w:left="2160" w:firstLine="720"/>
        <w:jc w:val="center"/>
      </w:pPr>
    </w:p>
    <w:p w14:paraId="01AEA4BA" w14:textId="77777777" w:rsidR="00913C4C" w:rsidRDefault="00913C4C" w:rsidP="00913C4C">
      <w:pPr>
        <w:ind w:left="2160" w:firstLine="720"/>
        <w:jc w:val="center"/>
      </w:pPr>
    </w:p>
    <w:p w14:paraId="5F425041" w14:textId="0DE0BC90" w:rsidR="0015733F" w:rsidRDefault="00000000" w:rsidP="00913C4C">
      <w:pPr>
        <w:ind w:left="2160" w:firstLine="720"/>
        <w:jc w:val="center"/>
      </w:pPr>
      <w:proofErr w:type="spellStart"/>
      <w:r>
        <w:t>Pangkep</w:t>
      </w:r>
      <w:proofErr w:type="spellEnd"/>
      <w:r>
        <w:t>, ........................ 2026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89"/>
        <w:gridCol w:w="4589"/>
      </w:tblGrid>
      <w:tr w:rsidR="0015733F" w14:paraId="385423F5" w14:textId="77777777">
        <w:tc>
          <w:tcPr>
            <w:tcW w:w="4589" w:type="dxa"/>
          </w:tcPr>
          <w:p w14:paraId="2123741E" w14:textId="77777777" w:rsidR="00913C4C" w:rsidRDefault="00000000">
            <w:pPr>
              <w:rPr>
                <w:sz w:val="22"/>
              </w:rPr>
            </w:pPr>
            <w:r>
              <w:rPr>
                <w:sz w:val="22"/>
              </w:rPr>
              <w:t>Mengetahui,</w:t>
            </w:r>
            <w:r>
              <w:rPr>
                <w:sz w:val="22"/>
              </w:rPr>
              <w:br/>
              <w:t>Ketua LPPM STKIP Andi Matappa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  <w:p w14:paraId="0E0DAC40" w14:textId="2D485EFD" w:rsidR="0015733F" w:rsidRDefault="00000000"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 w:rsidR="00913C4C">
              <w:rPr>
                <w:sz w:val="22"/>
              </w:rPr>
              <w:t xml:space="preserve">Salwah, </w:t>
            </w:r>
            <w:proofErr w:type="spellStart"/>
            <w:r w:rsidR="00913C4C">
              <w:rPr>
                <w:sz w:val="22"/>
              </w:rPr>
              <w:t>S.Pd</w:t>
            </w:r>
            <w:proofErr w:type="spellEnd"/>
            <w:r w:rsidR="00913C4C">
              <w:rPr>
                <w:sz w:val="22"/>
              </w:rPr>
              <w:t xml:space="preserve">., </w:t>
            </w:r>
            <w:proofErr w:type="spellStart"/>
            <w:r w:rsidR="00913C4C">
              <w:rPr>
                <w:sz w:val="22"/>
              </w:rPr>
              <w:t>M.Pd</w:t>
            </w:r>
            <w:proofErr w:type="spellEnd"/>
            <w:r w:rsidR="00913C4C">
              <w:rPr>
                <w:sz w:val="22"/>
              </w:rPr>
              <w:t>.</w:t>
            </w:r>
            <w:r w:rsidR="00913C4C">
              <w:rPr>
                <w:sz w:val="22"/>
              </w:rPr>
              <w:br/>
              <w:t>NIDN. 0916108901</w:t>
            </w:r>
          </w:p>
        </w:tc>
        <w:tc>
          <w:tcPr>
            <w:tcW w:w="4589" w:type="dxa"/>
          </w:tcPr>
          <w:p w14:paraId="3E87CCC9" w14:textId="77777777" w:rsidR="00913C4C" w:rsidRDefault="00000000">
            <w:pPr>
              <w:rPr>
                <w:sz w:val="22"/>
              </w:rPr>
            </w:pPr>
            <w:r>
              <w:rPr>
                <w:sz w:val="22"/>
              </w:rPr>
              <w:t>Ketua Peneliti,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  <w:p w14:paraId="3D95D689" w14:textId="537F4564" w:rsidR="0015733F" w:rsidRDefault="00000000">
            <w:r>
              <w:rPr>
                <w:sz w:val="22"/>
              </w:rPr>
              <w:br/>
            </w:r>
            <w:r w:rsidR="00913C4C">
              <w:rPr>
                <w:sz w:val="22"/>
              </w:rPr>
              <w:t>(………………………….)</w:t>
            </w:r>
            <w:r>
              <w:rPr>
                <w:sz w:val="22"/>
              </w:rPr>
              <w:br/>
              <w:t>NIDN</w:t>
            </w:r>
            <w:r w:rsidR="00913C4C">
              <w:rPr>
                <w:sz w:val="22"/>
              </w:rPr>
              <w:t>/NUPTK.</w:t>
            </w:r>
          </w:p>
        </w:tc>
      </w:tr>
    </w:tbl>
    <w:p w14:paraId="0EF42DD9" w14:textId="77777777" w:rsidR="003059E0" w:rsidRDefault="003059E0"/>
    <w:sectPr w:rsidR="003059E0" w:rsidSect="00034616">
      <w:pgSz w:w="12240" w:h="15840"/>
      <w:pgMar w:top="1247" w:right="1531" w:bottom="1134" w:left="153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92168406">
    <w:abstractNumId w:val="8"/>
  </w:num>
  <w:num w:numId="2" w16cid:durableId="1050961852">
    <w:abstractNumId w:val="6"/>
  </w:num>
  <w:num w:numId="3" w16cid:durableId="1138690364">
    <w:abstractNumId w:val="5"/>
  </w:num>
  <w:num w:numId="4" w16cid:durableId="1870413620">
    <w:abstractNumId w:val="4"/>
  </w:num>
  <w:num w:numId="5" w16cid:durableId="1679650806">
    <w:abstractNumId w:val="7"/>
  </w:num>
  <w:num w:numId="6" w16cid:durableId="117530485">
    <w:abstractNumId w:val="3"/>
  </w:num>
  <w:num w:numId="7" w16cid:durableId="1659923412">
    <w:abstractNumId w:val="2"/>
  </w:num>
  <w:num w:numId="8" w16cid:durableId="252515603">
    <w:abstractNumId w:val="1"/>
  </w:num>
  <w:num w:numId="9" w16cid:durableId="1592086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5733F"/>
    <w:rsid w:val="0029639D"/>
    <w:rsid w:val="003059E0"/>
    <w:rsid w:val="00326F90"/>
    <w:rsid w:val="00913C4C"/>
    <w:rsid w:val="00AA1D8D"/>
    <w:rsid w:val="00B47730"/>
    <w:rsid w:val="00CB0664"/>
    <w:rsid w:val="00CF1A1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E76B76D"/>
  <w14:defaultImageDpi w14:val="300"/>
  <w15:docId w15:val="{C09598A8-BC83-4896-92E1-5B36C3B79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Salwah Salwah</cp:lastModifiedBy>
  <cp:revision>2</cp:revision>
  <dcterms:created xsi:type="dcterms:W3CDTF">2026-10-19T01:10:00Z</dcterms:created>
  <dcterms:modified xsi:type="dcterms:W3CDTF">2026-10-19T01:10:00Z</dcterms:modified>
  <cp:category/>
</cp:coreProperties>
</file>